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Order Processing Module (Yii2)</w:t>
      </w:r>
    </w:p>
    <w:p/>
    <w:p>
      <w:r>
        <w:t>Overview</w:t>
      </w:r>
    </w:p>
    <w:p>
      <w:r>
        <w:t>orderprocessing is a high-performance, database-driven queue system built for Yii2 applications.</w:t>
      </w:r>
    </w:p>
    <w:p/>
    <w:p>
      <w:r>
        <w:t>Features</w:t>
      </w:r>
    </w:p>
    <w:p>
      <w:r>
        <w:t>- DB-based queue system</w:t>
      </w:r>
    </w:p>
    <w:p>
      <w:r>
        <w:t>- Parallel workers</w:t>
      </w:r>
    </w:p>
    <w:p>
      <w:r>
        <w:t>- Auto scaling</w:t>
      </w:r>
    </w:p>
    <w:p>
      <w:r>
        <w:t>- DB logging</w:t>
      </w:r>
    </w:p>
    <w:p>
      <w:r>
        <w:t>- Retry support</w:t>
      </w:r>
    </w:p>
    <w:p/>
    <w:p>
      <w:r>
        <w:t>Module Structure</w:t>
      </w:r>
    </w:p>
    <w:p>
      <w:r>
        <w:t>modules/orderprocessing/</w:t>
      </w:r>
    </w:p>
    <w:p>
      <w:r>
        <w:t>- Module.php</w:t>
      </w:r>
    </w:p>
    <w:p>
      <w:r>
        <w:t>- Bootstrap.php</w:t>
      </w:r>
    </w:p>
    <w:p>
      <w:r>
        <w:t>- commands/ProcessQueueController.php</w:t>
      </w:r>
    </w:p>
    <w:p>
      <w:r>
        <w:t>- models/Queue.php</w:t>
      </w:r>
    </w:p>
    <w:p>
      <w:r>
        <w:t>- services/OrderProcessor.php</w:t>
      </w:r>
    </w:p>
    <w:p/>
    <w:p>
      <w:r>
        <w:t>Running Workers</w:t>
      </w:r>
    </w:p>
    <w:p/>
    <w:p>
      <w:r>
        <w:t>Entry Point</w:t>
      </w:r>
    </w:p>
    <w:p>
      <w:r>
        <w:t>php yii orderprocessing</w:t>
      </w:r>
    </w:p>
    <w:p/>
    <w:p>
      <w:r>
        <w:t>This triggers:</w:t>
      </w:r>
    </w:p>
    <w:p>
      <w:r>
        <w:t>ProcessQueueController::actionIndex()</w:t>
      </w:r>
    </w:p>
    <w:p/>
    <w:p>
      <w:r>
        <w:t>Internal Flow</w:t>
      </w:r>
    </w:p>
    <w:p>
      <w:r>
        <w:t>- Fetch jobs</w:t>
      </w:r>
    </w:p>
    <w:p>
      <w:r>
        <w:t>- Lock rows</w:t>
      </w:r>
    </w:p>
    <w:p>
      <w:r>
        <w:t>- Process</w:t>
      </w:r>
    </w:p>
    <w:p>
      <w:r>
        <w:t>- Update status</w:t>
      </w:r>
    </w:p>
    <w:p>
      <w:r>
        <w:t>- Log</w:t>
      </w:r>
    </w:p>
    <w:p/>
    <w:p>
      <w:r>
        <w:t>Exit Points</w:t>
      </w:r>
    </w:p>
    <w:p>
      <w:r>
        <w:t>- CTRL + C</w:t>
      </w:r>
    </w:p>
    <w:p>
      <w:r>
        <w:t>- pkill -f orderprocessing</w:t>
      </w:r>
    </w:p>
    <w:p>
      <w:r>
        <w:t>- Graceful exit using maxJobs</w:t>
      </w:r>
    </w:p>
    <w:p/>
    <w:p>
      <w:r>
        <w:t>Multiple Workers</w:t>
      </w:r>
    </w:p>
    <w:p>
      <w:r>
        <w:t>php yii orderprocessing &amp;</w:t>
      </w:r>
    </w:p>
    <w:p>
      <w:r>
        <w:t>php yii orderprocessing &amp;</w:t>
      </w:r>
    </w:p>
    <w:p/>
    <w:p>
      <w:r>
        <w:t>Background Mode</w:t>
      </w:r>
    </w:p>
    <w:p>
      <w:r>
        <w:t>nohup php yii orderprocessing &gt; /dev/null 2&gt;&amp;1 &amp;</w:t>
      </w:r>
    </w:p>
    <w:p/>
    <w:p>
      <w:r>
        <w:t>Logging</w:t>
      </w:r>
    </w:p>
    <w:p>
      <w:r>
        <w:t>Stored in DB: order_processing_log</w:t>
      </w:r>
    </w:p>
    <w:p/>
    <w:p>
      <w:r>
        <w:t>Performance Tips</w:t>
      </w:r>
    </w:p>
    <w:p>
      <w:r>
        <w:t>- Batch size 500-1000</w:t>
      </w:r>
    </w:p>
    <w:p>
      <w:r>
        <w:t>- Use multiple workers</w:t>
      </w:r>
    </w:p>
    <w:p>
      <w:r>
        <w:t>- Avoid excessive logging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